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ההפקה בטקס ואת מה שכל צוות אחראי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תוכנית החזרות ואת מטרת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בטיחות, נגישות ושימוש בחומרים ממוחזרים בהפקת 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קטע בקול ברור לקהל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המבנה מותר רק נרות LED או חשמליים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 התפקיד של המקהלה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(מזמינים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(בודקים מיקרופונים, סוללות וכבלים)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(בונים את המצגת לפי סדר הקטעים)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(מקבלים את הקהל בחיוך בכניסה)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החזרות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וחלוקת תפקידים לכל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של התסריט כולו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ראשונה על המערכון עם הטקסט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 על הבמה על הדלקת שמונת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עם משימה מתאימה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נרות LED או חשמליים וללא אש גלויה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קודם ללמוד טקסט, לתרגל חלקים בנפרד ורק אז לחבר הכול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תפקיד ולבקש מכל קבוצה לענות קודם על השאלות הקשורות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חלק הבטיחות לפני תרגיל נכון/לא נכון כדי לוודא הבנה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גם כהכנה אמיתית לחלוקת 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ערכת ההפקה של הטקס כוללת כרטיסי תפקידים, לוח חזרות לעשרה ימים, רשימת בדיקה ורעיונות לתפאורה מחומרים ממוחזרים. בדף זה נתרגל את התוכן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מדליקים  ·  קריינות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מנחים או מנחות יש בטקס לפי כרטיסי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המרכזי של הקריינות והקריינים?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את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קטע בקול ברור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להדליק את הנרות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להדליק נר אש גלויה בתוך האולם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המקהלה מסתכלת על המנצח או המנצחת כדי להישמע כקול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בתפקיד ה__________ קוראים את הקטע בקול לפחות חמש פעמים לפני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בוחרים יחד עם המורה את הערך ואת המשפט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מנחים ומנחות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מקבלים את הקהל בחיוך בכניסה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טכנאי סאונד ותאורה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מזמינים את המדליקים בשמם בקצב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צוות שקופיות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בודקים מיקרופונים, סוללות וכבלים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מארחים ומארחות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בונים את המצגת לפי סדר הקטעים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החזרות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על הבמה על הדלקת שמונת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וחלוקת תפקידים לכל המשתתפים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ראשונה של התסריט כולו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ראשונה על המערכון עם הטקסט ביד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תפקידים שונים בטקס ומשימה אחת של כל אחד מהם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לבדוק לפני שמדליקים נרות בתוך האולם?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הפקה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