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הפקה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ההפקה בטקס ואת מה שכל צוות אחראי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תוכנית החזרות ואת מטרת 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בטיחות, נגישות ושימוש בחומרים ממוחזרים בהפקת 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קטע בקול ברור לקהל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לבנות את החנוכייה ולפרק את הבמה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מיקרופונים, סוללות וכבלים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בתוך המבנה מותר רק נרות LED או חשמליים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בכרטיס התפקיד של המקהלה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ההשתתפות היא מרצון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ברשימת הבטיחות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מתקיימת ביום התשיעי, אחרי כל שאר החזרות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LED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(מזמינים את המדליקים בשמם בקצב רגוע)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(בודקים מיקרופונים, סוללות וכבלים)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(בונים את המצגת לפי סדר הקטעים)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(מקבלים את הקהל בחיוך בכניסה)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(שרה את השירים ומובילה את שיר הסיום)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החזרות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וחלוקת תפקידים לכל המשתתפים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ראשונה של התסריט כולו ברצף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ראשונה על המערכון עם הטקסט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חזרה על הבמה על הדלקת שמונת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חזרה גנרלית מלאה עם תלבושות ותאורה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לתפקיד קונקרטי מהדף ולדרכי הכנה ריאליות, כמו תרגול, קריאה חוזרת או תיאום עם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שמות תפקידים נכונים עם משימה מתאימה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נרות LED או חשמליים וללא אש גלויה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שצריך קודם ללמוד טקסט, לתרגל חלקים בנפרד ורק אז לחבר הכול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לפי תפקיד ולבקש מכל קבוצה לענות קודם על השאלות הקשורות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חלק הבטיחות לפני תרגיל נכון/לא נכון כדי לוודא הבנה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גם כהכנה אמיתית לחלוקת תפקידים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הפקה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ערכת ההפקה של הטקס כוללת כרטיסי תפקידים, לוח חזרות לעשרה ימים, רשימת בדיקה ורעיונות לתפאורה מחומרים ממוחזרים. בדף זה נתרגל את התוכן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מנחים או מנחות יש בטקס לפי כרטיסי התפקידים?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התפקיד המרכזי של הקריינות והקריינים?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את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קטע בקול ברור לקהל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להדליק את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לתפעל את התאורה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אחראי צוות התפאורה?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את המצגת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לבנות את החנוכייה ולפרק את הבמה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את התסריט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לנגן בשירי 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ימי חזרות מפורטים בתוכנית ההכנה?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בודקים הטכנאים לפני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תלבושות 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מיקרופונים, סוללות וכבלים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פתקי התודה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כוכבי הזהב על הרצפה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להדליק נר אש גלויה בתוך האולם בלי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המקהלה מסתכלת על המנצח או המנצחת כדי להישמע כקול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ההשתתפות בתפקידי הטקס היא חובה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להדביק כבלים לרצפה כדי שאף אחד לא ייפול עליהם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החזרה הגנרלית מתקיימת ביום הראשון של תוכנית החזרות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בתפקיד ה__________ קוראים את הקטע בקול לפחות חמש פעמים לפני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בוחרים יחד עם המורה את הערך ואת המשפט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צוות ה__________ בונה את החנוכייה הגדולה ואת פנסי הצנצנות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ה__________ מתקיימת חזרה גנרלית עם תלבושות, תאורה ומוזיקה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נרות בתוך האולם צריכים להיות נרות __________ בלבד, ללא אש גלויה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מנחים ומנחות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מקבלים את הקהל בחיוך בכניסה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טכנאי סאונד ותאורה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מזמינים את המדליקים בשמם בקצב רגוע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צוות שקופיות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שרה את השירים ומובילה את שיר הסיום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מארחים ומארחות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בודקים מיקרופונים, סוללות וכבלים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בונים את המצגת לפי סדר הקטעים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החזרות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ראשונה על המערכון עם הטקסט ביד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וחלוקת תפקידים לכל המשתתפים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ראשונה של התסריט כולו ברצף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גנרלית מלאה עם תלבושות ותאורה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הבמה על הדלקת שמונת הנרות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תפקיד אחד מכרטיסי התפקידים וכתבו למה הייתם רוצים למלא אותו, ומה הייתם עושים כדי להתכונן אליו היטב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תפקידים שונים בטקס ומשימה אחת של כל אחד מהם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שמדליקים נרות בתוך האולם?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החזרה הגנרלית מתקיימת רק ביום התשיעי ולא בהתחלה?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הפקה לטקס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